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🎉 רכזת חברתית – ארגז הכלים המלא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חג השבועות וביכורים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מנהגי חג השבועות ואת שבעת המינים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משמעות הביכורים וההודיה על השפע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ערכים של נתינה ושיתוף הקשורים לחג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את הביכורים והשפע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שבעה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מוגדר בדף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בחג נהוג לאכול מאכלי חלב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שפע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ביכורים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חלב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(כל ילד מכניס 'פרי' שלמד או הצליח בו)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(משחק התאמה של תמונות ושמות)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(פרח נייר שניתן למישהו בבית הספר)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(כרטיסי תודה לחקלאים ועובדי מזון)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שבוע לפני החג בודקים אלרגיות ורגישויות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יום לפני החג מכינים את הסל והתמונות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ביום החג משבחים כל 'ביכור' של כל תלמיד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אחרי החג תולים את הסל עם ההצלחות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המתארת הישג או למידה משמעותית מהשנה, בשפה מכבדת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הפירות הראשונים שהבשילו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שבעה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הודיה או נתינה או שפע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תמונות של שבעת המינים לפני מילוי הדף כדי לחזק את ההבנה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לקשר את החלק הכתוב לפעילות הסל הכיתתי שנעשית בפועל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חדשים עולים אפשר להוסיף שמות המינים בשפת האם לצד העברית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🎉 רכזת חברתית – ארגז הכלים המלא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חג השבועות וביכורים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חג השבועות חוגג את הביכורים ואת השפע שגדל בשדה, בכיתה ובכל אחד מאיתנו. בדף זה נתרגל מה למדנו על החג, שבעת המינים וערכי ההודיה והנתינה.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ביכורים  ·  שפע  ·  חלב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חוגגים בחג השבועות?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את הביכורים והשפע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את יציאת מצרים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את כניסה לארץ ישראל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כמה מינים כלולים ב'שבעת המינים'?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חמישה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שישה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שבעה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שבעת המינים הם שבעה פירות ודגנים מיוחדים לארץ ישראל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בחג השבועות נהוג לאכול בעיקר מאכלי בשר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חג השבועות חוגג את הביכורים ואת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הפירות הראשונים שהבשילו נקראים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בחג השבועות אוכלים בעיקר מאכלי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סל הביכורים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פרח נייר שניתן למישהו בבית הספר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שבעת המינים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כל ילד מכניס 'פרי' שלמד או הצליח בו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זר פרחים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כרטיסי תודה לחקלאים ועובדי מזון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פרויקט תודה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משחק התאמה של תמונות ושמות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אחרי החג תולים את הסל עם ההצלחות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ביום החג משבחים כל 'ביכור' של כל תלמיד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יום לפני החג מכינים את הסל והתמונות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שבוע לפני החג בודקים אלרגיות ורגישויות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מהם הביכורים שלך השנה? כתוב/כתבי על הצלחה אישית אחת שלך מהשנה החולפת.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מהם הביכורים?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כמה מינים יש בשבעת המינים?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חג השבועות וביכורים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