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השבועות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הביכורים וההודיה על השפע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ערכים של נתינה ושיתוף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 הביכורים והשפע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הפירות הראשונים שהבשילו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הודיה ונתינה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ספר מתכונים של מאכלי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בחג נהוג לאכול 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ביכורים הם הפירות הראשונים שהבשילו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כפעילות בחטיבת 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ביכורים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מעניק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 ילד מכניס 'פרי' שלמד או הצליח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 התאמה של תמונות ושמות)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(פרח נייר שניתן למישהו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(כרטיסי תודה לחקלאים ועובדי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(ערב לימוד קצר עם רעיון מכל תלמיד)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 החג בודקים אלרגיות ורגישויות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 החג מכינים את הסל והתמונות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החג משבחים כל 'ביכור' של 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החג תולים את הסל עם ההצלחות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הישג או למידה משמעותית מהשנה, בשפה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כשיש לנו שפע אפשר לשתף אחרים ולתת להם ממה שיש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הפירות הראשונים שהבשילו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הודיה או נתינה או שפע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שבעת המינים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החלק הכתוב לפעילות הסל הכיתתי שנעשית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אפשר להוסיף שמות המינים בשפת האם לצד העברית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השבועות וביכורים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השבועות חוגג את הביכורים ואת השפע שגדל בשדה, בכיתה ובכל אחד מאיתנו. בדף זה נתרגל מה למדנו על החג, שבעת המינים וערכי ההודיה והנתינה.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חוגגים בחג השבועות?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הביכורים והשפע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כניסה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מינים כלולים ב'שבעת המינים'?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מהם הביכורים?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הפירות הראשונים שהבשילו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חדשים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קשור לחג השבועות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הודיה ונתינה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להכין כפעילות כיתתית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מתכונים של מאכלי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הם שבעה פירות ודגנים מיוחדים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השבועות נהוג לאכול בעיקר מאכלי בשר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ביכורים הם הפירות האחרונים שנאספים בסוף העונה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הרעיונות בדף הוא לכתוב על הצלחה אישית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'תיקון ליל שבועות' הוא מנהג של לימוד משותף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השבועות חוגג את הביכורים ואת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הפירות הראשונים שהבשילו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השבועות אוכלים בעיקר מאכלי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הערכים המרכזיים של החג הוא __________ על מה שיש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בפעילות הכיתתית כל ילד מכין פרח ו__________ אותו למישהו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 הביכורים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ערב לימוד קצר עם רעיון מכל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שבעת המינים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כרטיסי תודה לחקלאים ועובדי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 פרחים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 התאמה של תמונות ושמות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פרויקט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 נייר שניתן למישהו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 ליל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ילד מכניס 'פרי' שלמד או הצליח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החג משבחים כל 'ביכור' של כל 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החג תולים את הסל עם ההצלחות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החג בודקים אלרגיות ורגישויות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החג מכינים את הסל והתמונות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הביכורים שלך השנה? כתוב/כתבי על הצלחה אישית אחת שלך מהשנה החולפת.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הקשר בין שפע לבין נתינה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הביכורים?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מינים יש בשבעת המינים?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שקשור לחג השבועות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השבועות וביכורים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